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${nama_kabupaten}</w:t>
      </w:r>
    </w:p>
    <w:p>
      <w:pPr>
        <w:jc w:val="center"/>
      </w:pPr>
      <w:r>
        <w:rPr>
          <w:b/>
          <w:sz w:val="30"/>
        </w:rPr>
        <w:t>${nama_kecamatan}</w:t>
      </w:r>
    </w:p>
    <w:p>
      <w:pPr>
        <w:jc w:val="center"/>
      </w:pPr>
      <w:r>
        <w:rPr>
          <w:sz w:val="18"/>
        </w:rPr>
        <w:t>${alamat_kantor} Telp. ${telepon}</w:t>
      </w:r>
    </w:p>
    <w:p>
      <w:pPr>
        <w:jc w:val="center"/>
      </w:pPr>
      <w:r>
        <w:rPr>
          <w:sz w:val="18"/>
        </w:rPr>
        <w:t>Website: ${website}  Email: ${email}</w:t>
      </w:r>
    </w:p>
    <w:p>
      <w:pPr>
        <w:pBdr>
          <w:bottom w:val="single" w:sz="18" w:space="1" w:color="auto"/>
        </w:pBdr>
      </w:pPr>
    </w:p>
    <w:p/>
    <w:p>
      <w:pPr>
        <w:jc w:val="center"/>
      </w:pPr>
      <w:r>
        <w:rPr>
          <w:b/>
          <w:sz w:val="28"/>
          <w:u w:val="single"/>
        </w:rPr>
        <w:t>SURAT TUGAS</w:t>
      </w:r>
    </w:p>
    <w:p>
      <w:pPr>
        <w:jc w:val="center"/>
      </w:pPr>
      <w:r>
        <w:t>Nomor : ${nomor}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1417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sz w:val="22"/>
              </w:rPr>
              <w:t>Dasar</w:t>
            </w:r>
          </w:p>
        </w:tc>
        <w:tc>
          <w:tcPr>
            <w:tcW w:type="dxa" w:w="283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sz w:val="22"/>
              </w:rPr>
              <w:t>:</w:t>
            </w:r>
          </w:p>
        </w:tc>
        <w:tc>
          <w:tcPr>
            <w:tcW w:type="dxa" w:w="62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sz w:val="22"/>
              </w:rPr>
              <w:t>${dasar}</w:t>
            </w:r>
          </w:p>
        </w:tc>
      </w:tr>
    </w:tbl>
    <w:p/>
    <w:p>
      <w:r>
        <w:t>Camat ..., menugaskan kepada :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67"/>
        <w:gridCol w:w="2835"/>
        <w:gridCol w:w="2268"/>
        <w:gridCol w:w="3402"/>
      </w:tblGrid>
      <w:tr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Nama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NIP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Jabatan</w:t>
            </w:r>
          </w:p>
        </w:tc>
      </w:tr>
      <w:tr>
        <w:tc>
          <w:tcPr>
            <w:tcW w:type="dxa" w:w="2422"/>
          </w:tcPr>
          <w:p>
            <w:r>
              <w:t>${no#1}</w:t>
            </w:r>
          </w:p>
        </w:tc>
        <w:tc>
          <w:tcPr>
            <w:tcW w:type="dxa" w:w="2422"/>
          </w:tcPr>
          <w:p>
            <w:r>
              <w:t>${nama_pegawai#1}</w:t>
            </w:r>
          </w:p>
        </w:tc>
        <w:tc>
          <w:tcPr>
            <w:tcW w:type="dxa" w:w="2422"/>
          </w:tcPr>
          <w:p>
            <w:r>
              <w:t>${nip_pegawai#1}</w:t>
            </w:r>
          </w:p>
        </w:tc>
        <w:tc>
          <w:tcPr>
            <w:tcW w:type="dxa" w:w="2422"/>
          </w:tcPr>
          <w:p>
            <w:r>
              <w:t>${jabatan_pegawai#1}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1417"/>
            <w:tcBorders>
              <w:top w:val="nil"/>
              <w:left w:val="nil"/>
              <w:bottom w:val="nil"/>
              <w:right w:val="nil"/>
            </w:tcBorders>
          </w:tcPr>
          <w:p>
            <w:r>
              <w:t>Untuk</w:t>
            </w:r>
          </w:p>
        </w:tc>
        <w:tc>
          <w:tcPr>
            <w:tcW w:type="dxa" w:w="283"/>
            <w:tcBorders>
              <w:top w:val="nil"/>
              <w:left w:val="nil"/>
              <w:bottom w:val="nil"/>
              <w:right w:val="nil"/>
            </w:tcBorders>
          </w:tcPr>
          <w:p>
            <w:r>
              <w:t>:</w:t>
            </w:r>
          </w:p>
        </w:tc>
        <w:tc>
          <w:tcPr>
            <w:tcW w:type="dxa" w:w="6236"/>
            <w:tcBorders>
              <w:top w:val="nil"/>
              <w:left w:val="nil"/>
              <w:bottom w:val="nil"/>
              <w:right w:val="nil"/>
            </w:tcBorders>
          </w:tcPr>
          <w:p>
            <w:r>
              <w:t>${untuk} yang dilaksanakan pada :</w:t>
              <w:br/>
              <w:t>Hari</w:t>
              <w:tab/>
              <w:tab/>
              <w:t>: ${hari}</w:t>
              <w:br/>
              <w:t>Waktu</w:t>
              <w:tab/>
              <w:tab/>
              <w:t>: ${waktu}</w:t>
              <w:br/>
              <w:t>Tanggal</w:t>
              <w:tab/>
              <w:tab/>
              <w:t>: ${tanggal}</w:t>
              <w:br/>
              <w:t>Tempat</w:t>
              <w:tab/>
              <w:tab/>
              <w:t>: ${tempat}</w:t>
            </w:r>
          </w:p>
        </w:tc>
      </w:tr>
    </w:tbl>
    <w:p/>
    <w:p>
      <w:r>
        <w:t>Demikian, surat tugas ini diberikan untuk dilaksanakan dengan penuh tanggung jawab.</w:t>
      </w:r>
    </w:p>
    <w:p/>
    <w:p>
      <w:r>
        <w:t>Dikeluarkan di</w:t>
        <w:tab/>
        <w:t>: ${tempat_ttd}</w:t>
      </w:r>
    </w:p>
    <w:p>
      <w:r>
        <w:t>Pada tanggal</w:t>
        <w:tab/>
        <w:t>: ${tanggal_ttd}</w:t>
      </w:r>
    </w:p>
    <w:p/>
    <w:p>
      <w:pPr>
        <w:jc w:val="center"/>
      </w:pPr>
      <w:r>
        <w:t>CAMAT,</w:t>
      </w:r>
    </w:p>
    <w:p/>
    <w:p/>
    <w:p/>
    <w:p>
      <w:pPr>
        <w:jc w:val="center"/>
      </w:pPr>
      <w:r>
        <w:rPr>
          <w:b/>
          <w:u w:val="single"/>
        </w:rPr>
        <w:t>${nama_camat}</w:t>
      </w:r>
    </w:p>
    <w:p>
      <w:pPr>
        <w:jc w:val="center"/>
      </w:pPr>
      <w:r>
        <w:t>${pangkat_camat}</w:t>
      </w:r>
    </w:p>
    <w:p>
      <w:pPr>
        <w:jc w:val="center"/>
      </w:pPr>
      <w:r>
        <w:t>NIP. ${nip_camat}</w:t>
      </w:r>
    </w:p>
    <w:sectPr w:rsidR="00FC693F" w:rsidRPr="0006063C" w:rsidSect="00034616">
      <w:pgSz w:w="12240" w:h="15840"/>
      <w:pgMar w:top="850" w:right="1134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